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e047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3: אי־שוויון מרחבי · חוברת קטנה</w:t>
      </w:r>
    </w:p>
    <w:p>
      <w:pPr>
        <w:pStyle w:val="Title"/>
        <w:bidi w:val="1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פערים במרחב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s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8"/>
          <w:rtl w:val="1"/>
          <w:bCs/>
          <w:szCs w:val="28"/>
        </w:rPr>
        <w:t>שולחן ארוחת ערב, תחנת אוטובוס ושוק – כל אחד מספר על פער.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פער במרחב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הבדל גדול בין מקומות בתנאי החיים.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עם רכבת ושכונה בלי אוטובוס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 שוויון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לחלק מהאנשים יש הרבה, ולאחרים מעט.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לחלק יש בית חולים קרוב, ולחלק לא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רמת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טוב ונוח לחיות במקום.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בית מרווח, מזון מגוון ורופא קרוב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סל מזון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האוכל שמשפחה קונה.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אורז וקטניות לעומת שולחן מלא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תבחין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 קבוע שלפיו משווים.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השוואה לפי זמן הנסיעה לבית החולים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סדנת יזע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שעובדים בו קשה, הרבה שעות ובשכר נמוך.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תפירה צפוף בלי אוורור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בזאר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דוכנים קטנים ברחוב, בלי ביטוח.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רוכל שמוכר מטענים בסמטה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מתקדמת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נקי עם מחשבים ומהנדסים.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שבבים נקי וממוחשב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המקום מספר על הפער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אם נצלם ארוחת ערב בכמה מדינות, נראה הבדלים. במשפחה אחת השולחן מלא. במשפחה אחרת יש רק אורז וירק אחד. יש משפחות שמוציאות כמעט חצי מהכסף על אוכל.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גם הבדלים בדרכים. בעיר אחת יש רכבת מהירה. בכפר אחר יש רק שביל עפר. הנסיעה לבית החולים לוקחת שם שעות. גם בתוך עיר אחת יש שכונות שונות מאוד.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מקומות עבודה קשים. עובדים שם הרבה שעות בשכר נמוך. יש מקומות עבודה נקיים עם מחשבים ושכר גבוה. גאוגרפים משווים בין מקומות כדי להבין את הפערים ולחשוב איך לצמצם אותם.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פער במרחב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לחלק מהאנשים יש הרבה, ולאחרים מעט.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 שוויון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כמה טוב ונוח לחיות במקום.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רמת חיים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האוכל שמשפחה קונה.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סל מזון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דבר קבוע שלפיו משווים.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תבחין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הבדל גדול בין מקומות בתנאי החיים.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כלכלת בזאר   ·   תעשייה מתקדמת   ·   סדנת יזע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מפעל שבבים נקי וממוחשב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רוכל שמוכר מטענים בסמטה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מפעל תפירה צפוף בלי אוורור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פער?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הבדל גדול בין מקומות או אנשים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מאכל טעים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סוג של אוטובוס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מלמד אותנו כמה כסף משפחה מוציאה על אוכל?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הצבע של הבית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על רמת החיים שלה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ילדים יש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איפה היא גרה בדיוק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איך נראית תחבורה במקום עני מאוד?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רכבת מהירה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כביש רחב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שביל עפר ונסיעה ארוכה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שדה תעופה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זו סדנת יזע?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מקום לטיולים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גן שעשועים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מפעל נקי עם מחשבים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מקום עבודה קשה עם שכר נמוך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למה גאוגרפים משווים בין מקומות?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כדי להבין פערים ולחשוב איך לצמצם אותם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כדי לבחור צבע למפה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כדי לשחק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כדי לקנות דברים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בכל המשפחות בעולם השולחן מלא באותה מידה.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גם בתוך עיר אחת יכולים להיות פערים בין שכונות.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בסדנת יזע השכר גבוה מאוד.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שוק עם דוכנים יכול להיות קרוב מאוד לקניון יוקרתי.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הבדל אחד שאתם מכירים בין שני מקומות (שכונה, יישוב או עיר).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ב... יש... אבל ב... אין...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לדעתכם אפשר לעשות כדי שלכולם יהיה אוטובוס קרוב?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אפשר...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🎫 כרטיס יציאה – פערים במרחב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פער שלמדתי עליו היום: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מילה חדשה: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שיש לי על פערים: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פערים במרחב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