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מודדים פיתוח: מדדים ורצף</w:t>
      </w:r>
    </w:p>
    <w:p>
      <w:pPr>
        <w:bidi w:val="1"/>
        <w:spacing w:after="80"/>
        <w:jc w:val="right"/>
        <w:shd w:val="clear" w:color="auto" w:fill="1f9d55"/>
      </w:pPr>
      <w:r>
        <w:rPr>
          <w:rFonts w:ascii="Assistant" w:hAnsi="Assistant" w:cs="Assistant"/>
          <w:b/>
          <w:color w:val="FFFFFF"/>
          <w:sz w:val="26"/>
          <w:rtl w:val="1"/>
          <w:bCs/>
          <w:szCs w:val="26"/>
        </w:rPr>
        <w:t xml:space="preserve">  חוברת תלמיד · 🌱 בסיסי</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מדחום, לחץ דם ודופק – ככה בודקים גם את ״הבריאות״ של מדינה.</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e6f7ed"/>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6f7ed"/>
          </w:tcPr>
          <w:p>
            <w:pPr>
              <w:bidi w:val="1"/>
              <w:jc w:val="right"/>
            </w:pPr>
            <w:r/>
            <w:r>
              <w:rPr>
                <w:rFonts w:ascii="Assistant" w:hAnsi="Assistant" w:cs="Assistant"/>
                <w:b/>
                <w:sz w:val="21"/>
                <w:rtl w:val="1"/>
                <w:bCs/>
                <w:szCs w:val="21"/>
              </w:rPr>
              <w:t>מושג</w:t>
            </w:r>
          </w:p>
        </w:tc>
        <w:tc>
          <w:tcPr>
            <w:tcW w:type="dxa" w:w="5102"/>
            <w:shd w:val="clear" w:color="auto" w:fill="e6f7ed"/>
          </w:tcPr>
          <w:p>
            <w:pPr>
              <w:bidi w:val="1"/>
              <w:jc w:val="right"/>
            </w:pPr>
            <w:r/>
            <w:r>
              <w:rPr>
                <w:rFonts w:ascii="Assistant" w:hAnsi="Assistant" w:cs="Assistant"/>
                <w:b/>
                <w:sz w:val="21"/>
                <w:rtl w:val="1"/>
                <w:bCs/>
                <w:szCs w:val="21"/>
              </w:rPr>
              <w:t>הסבר</w:t>
            </w:r>
          </w:p>
        </w:tc>
        <w:tc>
          <w:tcPr>
            <w:tcW w:type="dxa" w:w="2835"/>
            <w:shd w:val="clear" w:color="auto" w:fill="e6f7ed"/>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מדד פיתוח</w:t>
            </w:r>
          </w:p>
        </w:tc>
        <w:tc>
          <w:tcPr>
            <w:tcW w:type="dxa" w:w="5102"/>
          </w:tcPr>
          <w:p>
            <w:pPr>
              <w:bidi w:val="1"/>
              <w:jc w:val="right"/>
            </w:pPr>
            <w:r/>
            <w:r>
              <w:rPr>
                <w:rFonts w:ascii="Assistant" w:hAnsi="Assistant" w:cs="Assistant"/>
                <w:b w:val="0"/>
                <w:sz w:val="21"/>
                <w:rtl w:val="1"/>
                <w:szCs w:val="21"/>
              </w:rPr>
              <w:t>מספר שמראה כמה מדינה מפותחת.</w:t>
            </w:r>
          </w:p>
        </w:tc>
        <w:tc>
          <w:tcPr>
            <w:tcW w:type="dxa" w:w="2835"/>
          </w:tcPr>
          <w:p>
            <w:pPr>
              <w:bidi w:val="1"/>
              <w:jc w:val="right"/>
            </w:pPr>
            <w:r/>
            <w:r>
              <w:rPr>
                <w:rFonts w:ascii="Assistant" w:hAnsi="Assistant" w:cs="Assistant"/>
                <w:b w:val="0"/>
                <w:sz w:val="21"/>
                <w:rtl w:val="1"/>
                <w:szCs w:val="21"/>
              </w:rPr>
              <w:t>אחוז האנשים שיודעים לקרוא</w:t>
            </w:r>
          </w:p>
        </w:tc>
      </w:tr>
      <w:tr>
        <w:tc>
          <w:tcPr>
            <w:tcW w:type="dxa" w:w="1984"/>
          </w:tcPr>
          <w:p>
            <w:pPr>
              <w:bidi w:val="1"/>
              <w:jc w:val="right"/>
            </w:pPr>
            <w:r/>
            <w:r>
              <w:rPr>
                <w:rFonts w:ascii="Assistant" w:hAnsi="Assistant" w:cs="Assistant"/>
                <w:b w:val="0"/>
                <w:sz w:val="21"/>
                <w:rtl w:val="1"/>
                <w:szCs w:val="21"/>
              </w:rPr>
              <w:t>תוחלת חיים</w:t>
            </w:r>
          </w:p>
        </w:tc>
        <w:tc>
          <w:tcPr>
            <w:tcW w:type="dxa" w:w="5102"/>
          </w:tcPr>
          <w:p>
            <w:pPr>
              <w:bidi w:val="1"/>
              <w:jc w:val="right"/>
            </w:pPr>
            <w:r/>
            <w:r>
              <w:rPr>
                <w:rFonts w:ascii="Assistant" w:hAnsi="Assistant" w:cs="Assistant"/>
                <w:b w:val="0"/>
                <w:sz w:val="21"/>
                <w:rtl w:val="1"/>
                <w:szCs w:val="21"/>
              </w:rPr>
              <w:t>כמה שנים חיים בממוצע.</w:t>
            </w:r>
          </w:p>
        </w:tc>
        <w:tc>
          <w:tcPr>
            <w:tcW w:type="dxa" w:w="2835"/>
          </w:tcPr>
          <w:p>
            <w:pPr>
              <w:bidi w:val="1"/>
              <w:jc w:val="right"/>
            </w:pPr>
            <w:r/>
            <w:r>
              <w:rPr>
                <w:rFonts w:ascii="Assistant" w:hAnsi="Assistant" w:cs="Assistant"/>
                <w:b w:val="0"/>
                <w:sz w:val="21"/>
                <w:rtl w:val="1"/>
                <w:szCs w:val="21"/>
              </w:rPr>
              <w:t>בממוצע חיים יותר משמונים שנה</w:t>
            </w:r>
          </w:p>
        </w:tc>
      </w:tr>
      <w:tr>
        <w:tc>
          <w:tcPr>
            <w:tcW w:type="dxa" w:w="1984"/>
          </w:tcPr>
          <w:p>
            <w:pPr>
              <w:bidi w:val="1"/>
              <w:jc w:val="right"/>
            </w:pPr>
            <w:r/>
            <w:r>
              <w:rPr>
                <w:rFonts w:ascii="Assistant" w:hAnsi="Assistant" w:cs="Assistant"/>
                <w:b w:val="0"/>
                <w:sz w:val="21"/>
                <w:rtl w:val="1"/>
                <w:szCs w:val="21"/>
              </w:rPr>
              <w:t>תמותת תינוקות</w:t>
            </w:r>
          </w:p>
        </w:tc>
        <w:tc>
          <w:tcPr>
            <w:tcW w:type="dxa" w:w="5102"/>
          </w:tcPr>
          <w:p>
            <w:pPr>
              <w:bidi w:val="1"/>
              <w:jc w:val="right"/>
            </w:pPr>
            <w:r/>
            <w:r>
              <w:rPr>
                <w:rFonts w:ascii="Assistant" w:hAnsi="Assistant" w:cs="Assistant"/>
                <w:b w:val="0"/>
                <w:sz w:val="21"/>
                <w:rtl w:val="1"/>
                <w:szCs w:val="21"/>
              </w:rPr>
              <w:t>כמה תינוקות לא שורדים את השנה הראשונה.</w:t>
            </w:r>
          </w:p>
        </w:tc>
        <w:tc>
          <w:tcPr>
            <w:tcW w:type="dxa" w:w="2835"/>
          </w:tcPr>
          <w:p>
            <w:pPr>
              <w:bidi w:val="1"/>
              <w:jc w:val="right"/>
            </w:pPr>
            <w:r/>
            <w:r>
              <w:rPr>
                <w:rFonts w:ascii="Assistant" w:hAnsi="Assistant" w:cs="Assistant"/>
                <w:b w:val="0"/>
                <w:sz w:val="21"/>
                <w:rtl w:val="1"/>
                <w:szCs w:val="21"/>
              </w:rPr>
              <w:t>מספר נמוך מעיד על רפואה טובה</w:t>
            </w:r>
          </w:p>
        </w:tc>
      </w:tr>
      <w:tr>
        <w:tc>
          <w:tcPr>
            <w:tcW w:type="dxa" w:w="1984"/>
          </w:tcPr>
          <w:p>
            <w:pPr>
              <w:bidi w:val="1"/>
              <w:jc w:val="right"/>
            </w:pPr>
            <w:r/>
            <w:r>
              <w:rPr>
                <w:rFonts w:ascii="Assistant" w:hAnsi="Assistant" w:cs="Assistant"/>
                <w:b w:val="0"/>
                <w:sz w:val="21"/>
                <w:rtl w:val="1"/>
                <w:szCs w:val="21"/>
              </w:rPr>
              <w:t>ריבוי טבעי</w:t>
            </w:r>
          </w:p>
        </w:tc>
        <w:tc>
          <w:tcPr>
            <w:tcW w:type="dxa" w:w="5102"/>
          </w:tcPr>
          <w:p>
            <w:pPr>
              <w:bidi w:val="1"/>
              <w:jc w:val="right"/>
            </w:pPr>
            <w:r/>
            <w:r>
              <w:rPr>
                <w:rFonts w:ascii="Assistant" w:hAnsi="Assistant" w:cs="Assistant"/>
                <w:b w:val="0"/>
                <w:sz w:val="21"/>
                <w:rtl w:val="1"/>
                <w:szCs w:val="21"/>
              </w:rPr>
              <w:t>כמה נולדים פחות כמה נפטרים.</w:t>
            </w:r>
          </w:p>
        </w:tc>
        <w:tc>
          <w:tcPr>
            <w:tcW w:type="dxa" w:w="2835"/>
          </w:tcPr>
          <w:p>
            <w:pPr>
              <w:bidi w:val="1"/>
              <w:jc w:val="right"/>
            </w:pPr>
            <w:r/>
            <w:r>
              <w:rPr>
                <w:rFonts w:ascii="Assistant" w:hAnsi="Assistant" w:cs="Assistant"/>
                <w:b w:val="0"/>
                <w:sz w:val="21"/>
                <w:rtl w:val="1"/>
                <w:szCs w:val="21"/>
              </w:rPr>
              <w:t>נולדו 20 ונפטרו 5 מכל אלף</w:t>
            </w:r>
          </w:p>
        </w:tc>
      </w:tr>
      <w:tr>
        <w:tc>
          <w:tcPr>
            <w:tcW w:type="dxa" w:w="1984"/>
          </w:tcPr>
          <w:p>
            <w:pPr>
              <w:bidi w:val="1"/>
              <w:jc w:val="right"/>
            </w:pPr>
            <w:r/>
            <w:r>
              <w:rPr>
                <w:rFonts w:ascii="Assistant" w:hAnsi="Assistant" w:cs="Assistant"/>
                <w:b w:val="0"/>
                <w:sz w:val="21"/>
                <w:rtl w:val="1"/>
                <w:szCs w:val="21"/>
              </w:rPr>
              <w:t>תמג לנפש</w:t>
            </w:r>
          </w:p>
        </w:tc>
        <w:tc>
          <w:tcPr>
            <w:tcW w:type="dxa" w:w="5102"/>
          </w:tcPr>
          <w:p>
            <w:pPr>
              <w:bidi w:val="1"/>
              <w:jc w:val="right"/>
            </w:pPr>
            <w:r/>
            <w:r>
              <w:rPr>
                <w:rFonts w:ascii="Assistant" w:hAnsi="Assistant" w:cs="Assistant"/>
                <w:b w:val="0"/>
                <w:sz w:val="21"/>
                <w:rtl w:val="1"/>
                <w:szCs w:val="21"/>
              </w:rPr>
              <w:t>כמה עושר יש לכל תושב בממוצע.</w:t>
            </w:r>
          </w:p>
        </w:tc>
        <w:tc>
          <w:tcPr>
            <w:tcW w:type="dxa" w:w="2835"/>
          </w:tcPr>
          <w:p>
            <w:pPr>
              <w:bidi w:val="1"/>
              <w:jc w:val="right"/>
            </w:pPr>
            <w:r/>
            <w:r>
              <w:rPr>
                <w:rFonts w:ascii="Assistant" w:hAnsi="Assistant" w:cs="Assistant"/>
                <w:b w:val="0"/>
                <w:sz w:val="21"/>
                <w:rtl w:val="1"/>
                <w:szCs w:val="21"/>
              </w:rPr>
              <w:t>מדינה עשירה עם תוצר גבוה לכל אדם</w:t>
            </w:r>
          </w:p>
        </w:tc>
      </w:tr>
      <w:tr>
        <w:tc>
          <w:tcPr>
            <w:tcW w:type="dxa" w:w="1984"/>
          </w:tcPr>
          <w:p>
            <w:pPr>
              <w:bidi w:val="1"/>
              <w:jc w:val="right"/>
            </w:pPr>
            <w:r/>
            <w:r>
              <w:rPr>
                <w:rFonts w:ascii="Assistant" w:hAnsi="Assistant" w:cs="Assistant"/>
                <w:b w:val="0"/>
                <w:sz w:val="21"/>
                <w:rtl w:val="1"/>
                <w:szCs w:val="21"/>
              </w:rPr>
              <w:t>אינדקס הפיתוח</w:t>
            </w:r>
          </w:p>
        </w:tc>
        <w:tc>
          <w:tcPr>
            <w:tcW w:type="dxa" w:w="5102"/>
          </w:tcPr>
          <w:p>
            <w:pPr>
              <w:bidi w:val="1"/>
              <w:jc w:val="right"/>
            </w:pPr>
            <w:r/>
            <w:r>
              <w:rPr>
                <w:rFonts w:ascii="Assistant" w:hAnsi="Assistant" w:cs="Assistant"/>
                <w:b w:val="0"/>
                <w:sz w:val="21"/>
                <w:rtl w:val="1"/>
                <w:szCs w:val="21"/>
              </w:rPr>
              <w:t>ציון אחד מבריאות, לימודים וכסף.</w:t>
            </w:r>
          </w:p>
        </w:tc>
        <w:tc>
          <w:tcPr>
            <w:tcW w:type="dxa" w:w="2835"/>
          </w:tcPr>
          <w:p>
            <w:pPr>
              <w:bidi w:val="1"/>
              <w:jc w:val="right"/>
            </w:pPr>
            <w:r/>
            <w:r>
              <w:rPr>
                <w:rFonts w:ascii="Assistant" w:hAnsi="Assistant" w:cs="Assistant"/>
                <w:b w:val="0"/>
                <w:sz w:val="21"/>
                <w:rtl w:val="1"/>
                <w:szCs w:val="21"/>
              </w:rPr>
              <w:t>מדינה עם ציון קרוב ל-1</w:t>
            </w:r>
          </w:p>
        </w:tc>
      </w:tr>
      <w:tr>
        <w:tc>
          <w:tcPr>
            <w:tcW w:type="dxa" w:w="1984"/>
          </w:tcPr>
          <w:p>
            <w:pPr>
              <w:bidi w:val="1"/>
              <w:jc w:val="right"/>
            </w:pPr>
            <w:r/>
            <w:r>
              <w:rPr>
                <w:rFonts w:ascii="Assistant" w:hAnsi="Assistant" w:cs="Assistant"/>
                <w:b w:val="0"/>
                <w:sz w:val="21"/>
                <w:rtl w:val="1"/>
                <w:szCs w:val="21"/>
              </w:rPr>
              <w:t>רצף הפיתוח</w:t>
            </w:r>
          </w:p>
        </w:tc>
        <w:tc>
          <w:tcPr>
            <w:tcW w:type="dxa" w:w="5102"/>
          </w:tcPr>
          <w:p>
            <w:pPr>
              <w:bidi w:val="1"/>
              <w:jc w:val="right"/>
            </w:pPr>
            <w:r/>
            <w:r>
              <w:rPr>
                <w:rFonts w:ascii="Assistant" w:hAnsi="Assistant" w:cs="Assistant"/>
                <w:b w:val="0"/>
                <w:sz w:val="21"/>
                <w:rtl w:val="1"/>
                <w:szCs w:val="21"/>
              </w:rPr>
              <w:t>שורה של מדינות מהפחות מפותחת ועד המפותחת.</w:t>
            </w:r>
          </w:p>
        </w:tc>
        <w:tc>
          <w:tcPr>
            <w:tcW w:type="dxa" w:w="2835"/>
          </w:tcPr>
          <w:p>
            <w:pPr>
              <w:bidi w:val="1"/>
              <w:jc w:val="right"/>
            </w:pPr>
            <w:r/>
            <w:r>
              <w:rPr>
                <w:rFonts w:ascii="Assistant" w:hAnsi="Assistant" w:cs="Assistant"/>
                <w:b w:val="0"/>
                <w:sz w:val="21"/>
                <w:rtl w:val="1"/>
                <w:szCs w:val="21"/>
              </w:rPr>
              <w:t>מדינות מסודרות לפי הציון שלהן</w:t>
            </w:r>
          </w:p>
        </w:tc>
      </w:tr>
      <w:tr>
        <w:tc>
          <w:tcPr>
            <w:tcW w:type="dxa" w:w="1984"/>
          </w:tcPr>
          <w:p>
            <w:pPr>
              <w:bidi w:val="1"/>
              <w:jc w:val="right"/>
            </w:pPr>
            <w:r/>
            <w:r>
              <w:rPr>
                <w:rFonts w:ascii="Assistant" w:hAnsi="Assistant" w:cs="Assistant"/>
                <w:b w:val="0"/>
                <w:sz w:val="21"/>
                <w:rtl w:val="1"/>
                <w:szCs w:val="21"/>
              </w:rPr>
              <w:t>מדינות מתפתחות</w:t>
            </w:r>
          </w:p>
        </w:tc>
        <w:tc>
          <w:tcPr>
            <w:tcW w:type="dxa" w:w="5102"/>
          </w:tcPr>
          <w:p>
            <w:pPr>
              <w:bidi w:val="1"/>
              <w:jc w:val="right"/>
            </w:pPr>
            <w:r/>
            <w:r>
              <w:rPr>
                <w:rFonts w:ascii="Assistant" w:hAnsi="Assistant" w:cs="Assistant"/>
                <w:b w:val="0"/>
                <w:sz w:val="21"/>
                <w:rtl w:val="1"/>
                <w:szCs w:val="21"/>
              </w:rPr>
              <w:t>מדינות שעדיין מתפתחות.</w:t>
            </w:r>
          </w:p>
        </w:tc>
        <w:tc>
          <w:tcPr>
            <w:tcW w:type="dxa" w:w="2835"/>
          </w:tcPr>
          <w:p>
            <w:pPr>
              <w:bidi w:val="1"/>
              <w:jc w:val="right"/>
            </w:pPr>
            <w:r/>
            <w:r>
              <w:rPr>
                <w:rFonts w:ascii="Assistant" w:hAnsi="Assistant" w:cs="Assistant"/>
                <w:b w:val="0"/>
                <w:sz w:val="21"/>
                <w:rtl w:val="1"/>
                <w:szCs w:val="21"/>
              </w:rPr>
              <w:t>מדינות עם הכנסה נמוכה ותשתיות חסרות</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מדחום למדינה</w:t>
      </w:r>
    </w:p>
    <w:p>
      <w:pPr>
        <w:bidi w:val="1"/>
        <w:spacing w:after="120"/>
        <w:jc w:val="right"/>
      </w:pPr>
      <w:r>
        <w:rPr>
          <w:rFonts w:ascii="Assistant" w:hAnsi="Assistant" w:cs="Assistant"/>
          <w:b w:val="0"/>
          <w:sz w:val="23"/>
          <w:rtl w:val="1"/>
          <w:szCs w:val="23"/>
        </w:rPr>
        <w:t>רופאה בודקת חום, דופק ולחץ דם. כך היא יודעת אם אדם בריא. גם גאוגרפים בודקים כמה דברים. כך הם יודעים כמה מדינה מפותחת. כל בדיקה כזאת נקראת מדד.</w:t>
      </w:r>
    </w:p>
    <w:p>
      <w:pPr>
        <w:bidi w:val="1"/>
        <w:spacing w:after="120"/>
        <w:jc w:val="right"/>
      </w:pPr>
      <w:r>
        <w:rPr>
          <w:rFonts w:ascii="Assistant" w:hAnsi="Assistant" w:cs="Assistant"/>
          <w:b w:val="0"/>
          <w:sz w:val="23"/>
          <w:rtl w:val="1"/>
          <w:szCs w:val="23"/>
        </w:rPr>
        <w:t>מדד אחד הוא כמה שנים חיים בממוצע. מדד אחר הוא כמה כסף יש לכל תושב. עוד מדד הוא כמה אנשים יודעים לקרוא ולכתוב. יש גם מדד של אינטרנט ושל מים נקיים.</w:t>
      </w:r>
    </w:p>
    <w:p>
      <w:pPr>
        <w:bidi w:val="1"/>
        <w:spacing w:after="120"/>
        <w:jc w:val="right"/>
      </w:pPr>
      <w:r>
        <w:rPr>
          <w:rFonts w:ascii="Assistant" w:hAnsi="Assistant" w:cs="Assistant"/>
          <w:b w:val="0"/>
          <w:sz w:val="23"/>
          <w:rtl w:val="1"/>
          <w:szCs w:val="23"/>
        </w:rPr>
        <w:t>יש ציון אחד שמחבר כמה מדדים. הציון הוא בין 0 ל-1. מדינה מפותחת מאוד מקבלת ציון קרוב ל-1. אבל מדד אחד לבד יכול לבלבל. לכן תמיד מסתכלים על כמה מדדים יחד.</w:t>
      </w:r>
    </w:p>
    <w:p>
      <w:pPr>
        <w:pStyle w:val="Heading1"/>
        <w:bidi w:val="1"/>
        <w:spacing w:before="200"/>
        <w:jc w:val="right"/>
        <w:shd w:val="clear" w:color="auto" w:fill="1f9d55"/>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6f7ed"/>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6f7ed"/>
          </w:tcPr>
          <w:p>
            <w:pPr>
              <w:bidi w:val="1"/>
              <w:jc w:val="right"/>
            </w:pPr>
            <w:r/>
            <w:r>
              <w:rPr>
                <w:rFonts w:ascii="Assistant" w:hAnsi="Assistant" w:cs="Assistant"/>
                <w:b/>
                <w:sz w:val="21"/>
                <w:rtl w:val="1"/>
                <w:bCs/>
                <w:szCs w:val="21"/>
              </w:rPr>
              <w:t>מושג</w:t>
            </w:r>
          </w:p>
        </w:tc>
        <w:tc>
          <w:tcPr>
            <w:tcW w:type="dxa" w:w="850"/>
            <w:shd w:val="clear" w:color="auto" w:fill="e6f7ed"/>
          </w:tcPr>
          <w:p>
            <w:pPr>
              <w:bidi w:val="1"/>
              <w:jc w:val="right"/>
            </w:pPr>
            <w:r/>
            <w:r>
              <w:rPr>
                <w:rFonts w:ascii="Assistant" w:hAnsi="Assistant" w:cs="Assistant"/>
                <w:b/>
                <w:sz w:val="21"/>
                <w:rtl w:val="1"/>
                <w:bCs/>
                <w:szCs w:val="21"/>
              </w:rPr>
              <w:t>אות</w:t>
            </w:r>
          </w:p>
        </w:tc>
        <w:tc>
          <w:tcPr>
            <w:tcW w:type="dxa" w:w="6803"/>
            <w:shd w:val="clear" w:color="auto" w:fill="e6f7ed"/>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מדד 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כמה תינוקות לא שורדים את השנה הראשונה.</w:t>
            </w:r>
          </w:p>
        </w:tc>
      </w:tr>
      <w:tr>
        <w:tc>
          <w:tcPr>
            <w:tcW w:type="dxa" w:w="2268"/>
          </w:tcPr>
          <w:p>
            <w:pPr>
              <w:bidi w:val="1"/>
              <w:jc w:val="right"/>
            </w:pPr>
            <w:r/>
            <w:r>
              <w:rPr>
                <w:rFonts w:ascii="Assistant" w:hAnsi="Assistant" w:cs="Assistant"/>
                <w:b w:val="0"/>
                <w:sz w:val="21"/>
                <w:rtl w:val="1"/>
                <w:szCs w:val="21"/>
              </w:rPr>
              <w:t>2. תוחלת חיים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כמה עושר יש לכל תושב בממוצע.</w:t>
            </w:r>
          </w:p>
        </w:tc>
      </w:tr>
      <w:tr>
        <w:tc>
          <w:tcPr>
            <w:tcW w:type="dxa" w:w="2268"/>
          </w:tcPr>
          <w:p>
            <w:pPr>
              <w:bidi w:val="1"/>
              <w:jc w:val="right"/>
            </w:pPr>
            <w:r/>
            <w:r>
              <w:rPr>
                <w:rFonts w:ascii="Assistant" w:hAnsi="Assistant" w:cs="Assistant"/>
                <w:b w:val="0"/>
                <w:sz w:val="21"/>
                <w:rtl w:val="1"/>
                <w:szCs w:val="21"/>
              </w:rPr>
              <w:t>3. תמותת תינוקות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מספר שמראה כמה מדינה מפותחת.</w:t>
            </w:r>
          </w:p>
        </w:tc>
      </w:tr>
      <w:tr>
        <w:tc>
          <w:tcPr>
            <w:tcW w:type="dxa" w:w="2268"/>
          </w:tcPr>
          <w:p>
            <w:pPr>
              <w:bidi w:val="1"/>
              <w:jc w:val="right"/>
            </w:pPr>
            <w:r/>
            <w:r>
              <w:rPr>
                <w:rFonts w:ascii="Assistant" w:hAnsi="Assistant" w:cs="Assistant"/>
                <w:b w:val="0"/>
                <w:sz w:val="21"/>
                <w:rtl w:val="1"/>
                <w:szCs w:val="21"/>
              </w:rPr>
              <w:t>4. ריבוי טבעי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כמה שנים חיים בממוצע.</w:t>
            </w:r>
          </w:p>
        </w:tc>
      </w:tr>
      <w:tr>
        <w:tc>
          <w:tcPr>
            <w:tcW w:type="dxa" w:w="2268"/>
          </w:tcPr>
          <w:p>
            <w:pPr>
              <w:bidi w:val="1"/>
              <w:jc w:val="right"/>
            </w:pPr>
            <w:r/>
            <w:r>
              <w:rPr>
                <w:rFonts w:ascii="Assistant" w:hAnsi="Assistant" w:cs="Assistant"/>
                <w:b w:val="0"/>
                <w:sz w:val="21"/>
                <w:rtl w:val="1"/>
                <w:szCs w:val="21"/>
              </w:rPr>
              <w:t>5. תמג לנפש</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כמה נולדים פחות כמה נפטרים.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1F9D55"/>
          <w:sz w:val="23"/>
          <w:rtl w:val="1"/>
          <w:bCs/>
          <w:szCs w:val="23"/>
        </w:rPr>
        <w:t>מחסן מילים: מדינות מתפתחות   ·   אינדקס הפיתוח   ·   רצף הפיתוח</w:t>
      </w:r>
    </w:p>
    <w:p>
      <w:pPr>
        <w:bidi w:val="1"/>
        <w:spacing w:after="80"/>
        <w:jc w:val="right"/>
      </w:pPr>
      <w:r>
        <w:rPr>
          <w:rFonts w:ascii="Assistant" w:hAnsi="Assistant" w:cs="Assistant"/>
          <w:b w:val="0"/>
          <w:sz w:val="23"/>
          <w:rtl w:val="1"/>
          <w:szCs w:val="23"/>
        </w:rPr>
        <w:t>1. מדינות עם הכנסה נמוכה ותשתיות חסרות – זו דוגמה ל־______________</w:t>
      </w:r>
    </w:p>
    <w:p>
      <w:pPr>
        <w:bidi w:val="1"/>
        <w:spacing w:after="80"/>
        <w:jc w:val="right"/>
      </w:pPr>
      <w:r>
        <w:rPr>
          <w:rFonts w:ascii="Assistant" w:hAnsi="Assistant" w:cs="Assistant"/>
          <w:b w:val="0"/>
          <w:sz w:val="23"/>
          <w:rtl w:val="1"/>
          <w:szCs w:val="23"/>
        </w:rPr>
        <w:t>2. מדינות מסודרות לפי הציון שלהן – זו דוגמה ל־______________</w:t>
      </w:r>
    </w:p>
    <w:p>
      <w:pPr>
        <w:bidi w:val="1"/>
        <w:spacing w:after="80"/>
        <w:jc w:val="right"/>
      </w:pPr>
      <w:r>
        <w:rPr>
          <w:rFonts w:ascii="Assistant" w:hAnsi="Assistant" w:cs="Assistant"/>
          <w:b w:val="0"/>
          <w:sz w:val="23"/>
          <w:rtl w:val="1"/>
          <w:szCs w:val="23"/>
        </w:rPr>
        <w:t>3. מדינה עם ציון קרוב ל-1 – זו דוגמה ל־______________</w:t>
      </w:r>
    </w:p>
    <w:p>
      <w:pPr>
        <w:pStyle w:val="Heading1"/>
        <w:bidi w:val="1"/>
        <w:spacing w:before="200"/>
        <w:jc w:val="right"/>
        <w:shd w:val="clear" w:color="auto" w:fill="1f9d55"/>
      </w:pPr>
      <w:r>
        <w:rPr>
          <w:rFonts w:ascii="Assistant" w:hAnsi="Assistant" w:cs="Assistant"/>
          <w:b/>
          <w:color w:val="FFFFFF"/>
          <w:sz w:val="30"/>
          <w:rtl w:val="1"/>
          <w:bCs/>
          <w:szCs w:val="30"/>
        </w:rPr>
        <w:t xml:space="preserve">  חלק ב׳ – בודקים הבנה  </w:t>
      </w:r>
    </w:p>
    <w:p>
      <w:pPr>
        <w:bidi w:val="1"/>
        <w:spacing w:after="80"/>
        <w:jc w:val="right"/>
        <w:shd w:val="clear" w:color="auto" w:fill="e6f7ed"/>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למה גאוגרפים משתמשים בכמה מדדים?</w:t>
      </w:r>
    </w:p>
    <w:p>
      <w:pPr>
        <w:bidi w:val="1"/>
        <w:spacing w:after="20"/>
        <w:jc w:val="right"/>
      </w:pPr>
      <w:r>
        <w:rPr>
          <w:rFonts w:ascii="Assistant" w:hAnsi="Assistant" w:cs="Assistant"/>
          <w:b w:val="0"/>
          <w:sz w:val="23"/>
          <w:rtl w:val="1"/>
          <w:szCs w:val="23"/>
        </w:rPr>
        <w:t xml:space="preserve">     ◯ א. כי מדד אחד לבד יכול לבלבל</w:t>
      </w:r>
    </w:p>
    <w:p>
      <w:pPr>
        <w:bidi w:val="1"/>
        <w:spacing w:after="20"/>
        <w:jc w:val="right"/>
      </w:pPr>
      <w:r>
        <w:rPr>
          <w:rFonts w:ascii="Assistant" w:hAnsi="Assistant" w:cs="Assistant"/>
          <w:b w:val="0"/>
          <w:sz w:val="23"/>
          <w:rtl w:val="1"/>
          <w:szCs w:val="23"/>
        </w:rPr>
        <w:t xml:space="preserve">     ◯ ב. כי זה כיף</w:t>
      </w:r>
    </w:p>
    <w:p>
      <w:pPr>
        <w:bidi w:val="1"/>
        <w:spacing w:after="20"/>
        <w:jc w:val="right"/>
      </w:pPr>
      <w:r>
        <w:rPr>
          <w:rFonts w:ascii="Assistant" w:hAnsi="Assistant" w:cs="Assistant"/>
          <w:b w:val="0"/>
          <w:sz w:val="23"/>
          <w:rtl w:val="1"/>
          <w:szCs w:val="23"/>
        </w:rPr>
        <w:t xml:space="preserve">     ◯ ג. כי אין מדינות</w:t>
      </w:r>
    </w:p>
    <w:p>
      <w:pPr>
        <w:bidi w:val="1"/>
        <w:spacing w:after="20"/>
        <w:jc w:val="right"/>
      </w:pPr>
      <w:r>
        <w:rPr>
          <w:rFonts w:ascii="Assistant" w:hAnsi="Assistant" w:cs="Assistant"/>
          <w:b w:val="0"/>
          <w:sz w:val="23"/>
          <w:rtl w:val="1"/>
          <w:szCs w:val="23"/>
        </w:rPr>
        <w:t xml:space="preserve">     ◯ ד. כי מדדים צבעוניים</w:t>
      </w:r>
    </w:p>
    <w:p>
      <w:pPr>
        <w:bidi w:val="1"/>
        <w:spacing w:after="20"/>
        <w:jc w:val="right"/>
      </w:pPr>
      <w:r>
        <w:rPr>
          <w:rFonts w:ascii="Assistant" w:hAnsi="Assistant" w:cs="Assistant"/>
          <w:b/>
          <w:sz w:val="23"/>
          <w:rtl w:val="1"/>
          <w:bCs/>
          <w:szCs w:val="23"/>
        </w:rPr>
        <w:t>2. מה זו תוחלת חיים?</w:t>
      </w:r>
    </w:p>
    <w:p>
      <w:pPr>
        <w:bidi w:val="1"/>
        <w:spacing w:after="20"/>
        <w:jc w:val="right"/>
      </w:pPr>
      <w:r>
        <w:rPr>
          <w:rFonts w:ascii="Assistant" w:hAnsi="Assistant" w:cs="Assistant"/>
          <w:b w:val="0"/>
          <w:sz w:val="23"/>
          <w:rtl w:val="1"/>
          <w:szCs w:val="23"/>
        </w:rPr>
        <w:t xml:space="preserve">     ◯ א. כמה ילדים בכיתה</w:t>
      </w:r>
    </w:p>
    <w:p>
      <w:pPr>
        <w:bidi w:val="1"/>
        <w:spacing w:after="20"/>
        <w:jc w:val="right"/>
      </w:pPr>
      <w:r>
        <w:rPr>
          <w:rFonts w:ascii="Assistant" w:hAnsi="Assistant" w:cs="Assistant"/>
          <w:b w:val="0"/>
          <w:sz w:val="23"/>
          <w:rtl w:val="1"/>
          <w:szCs w:val="23"/>
        </w:rPr>
        <w:t xml:space="preserve">     ◯ ב. כמה שנים חיים בממוצע</w:t>
      </w:r>
    </w:p>
    <w:p>
      <w:pPr>
        <w:bidi w:val="1"/>
        <w:spacing w:after="20"/>
        <w:jc w:val="right"/>
      </w:pPr>
      <w:r>
        <w:rPr>
          <w:rFonts w:ascii="Assistant" w:hAnsi="Assistant" w:cs="Assistant"/>
          <w:b w:val="0"/>
          <w:sz w:val="23"/>
          <w:rtl w:val="1"/>
          <w:szCs w:val="23"/>
        </w:rPr>
        <w:t xml:space="preserve">     ◯ ג. כמה כסף יש</w:t>
      </w:r>
    </w:p>
    <w:p>
      <w:pPr>
        <w:bidi w:val="1"/>
        <w:spacing w:after="20"/>
        <w:jc w:val="right"/>
      </w:pPr>
      <w:r>
        <w:rPr>
          <w:rFonts w:ascii="Assistant" w:hAnsi="Assistant" w:cs="Assistant"/>
          <w:b w:val="0"/>
          <w:sz w:val="23"/>
          <w:rtl w:val="1"/>
          <w:szCs w:val="23"/>
        </w:rPr>
        <w:t xml:space="preserve">     ◯ ד. כמה בתים יש</w:t>
      </w:r>
    </w:p>
    <w:p>
      <w:pPr>
        <w:bidi w:val="1"/>
        <w:spacing w:after="20"/>
        <w:jc w:val="right"/>
      </w:pPr>
      <w:r>
        <w:rPr>
          <w:rFonts w:ascii="Assistant" w:hAnsi="Assistant" w:cs="Assistant"/>
          <w:b/>
          <w:sz w:val="23"/>
          <w:rtl w:val="1"/>
          <w:bCs/>
          <w:szCs w:val="23"/>
        </w:rPr>
        <w:t>3. איזה ציון מקבלת מדינה מפותחת מאוד?</w:t>
      </w:r>
    </w:p>
    <w:p>
      <w:pPr>
        <w:bidi w:val="1"/>
        <w:spacing w:after="20"/>
        <w:jc w:val="right"/>
      </w:pPr>
      <w:r>
        <w:rPr>
          <w:rFonts w:ascii="Assistant" w:hAnsi="Assistant" w:cs="Assistant"/>
          <w:b w:val="0"/>
          <w:sz w:val="23"/>
          <w:rtl w:val="1"/>
          <w:szCs w:val="23"/>
        </w:rPr>
        <w:t xml:space="preserve">     ◯ א. 0</w:t>
      </w:r>
    </w:p>
    <w:p>
      <w:pPr>
        <w:bidi w:val="1"/>
        <w:spacing w:after="20"/>
        <w:jc w:val="right"/>
      </w:pPr>
      <w:r>
        <w:rPr>
          <w:rFonts w:ascii="Assistant" w:hAnsi="Assistant" w:cs="Assistant"/>
          <w:b w:val="0"/>
          <w:sz w:val="23"/>
          <w:rtl w:val="1"/>
          <w:szCs w:val="23"/>
        </w:rPr>
        <w:t xml:space="preserve">     ◯ ב. מינוס 5</w:t>
      </w:r>
    </w:p>
    <w:p>
      <w:pPr>
        <w:bidi w:val="1"/>
        <w:spacing w:after="20"/>
        <w:jc w:val="right"/>
      </w:pPr>
      <w:r>
        <w:rPr>
          <w:rFonts w:ascii="Assistant" w:hAnsi="Assistant" w:cs="Assistant"/>
          <w:b w:val="0"/>
          <w:sz w:val="23"/>
          <w:rtl w:val="1"/>
          <w:szCs w:val="23"/>
        </w:rPr>
        <w:t xml:space="preserve">     ◯ ג. קרוב ל-1</w:t>
      </w:r>
    </w:p>
    <w:p>
      <w:pPr>
        <w:bidi w:val="1"/>
        <w:spacing w:after="20"/>
        <w:jc w:val="right"/>
      </w:pPr>
      <w:r>
        <w:rPr>
          <w:rFonts w:ascii="Assistant" w:hAnsi="Assistant" w:cs="Assistant"/>
          <w:b w:val="0"/>
          <w:sz w:val="23"/>
          <w:rtl w:val="1"/>
          <w:szCs w:val="23"/>
        </w:rPr>
        <w:t xml:space="preserve">     ◯ ד. 100</w:t>
      </w:r>
    </w:p>
    <w:p>
      <w:pPr>
        <w:bidi w:val="1"/>
        <w:spacing w:after="20"/>
        <w:jc w:val="right"/>
      </w:pPr>
      <w:r>
        <w:rPr>
          <w:rFonts w:ascii="Assistant" w:hAnsi="Assistant" w:cs="Assistant"/>
          <w:b/>
          <w:sz w:val="23"/>
          <w:rtl w:val="1"/>
          <w:bCs/>
          <w:szCs w:val="23"/>
        </w:rPr>
        <w:t>4. מה מבין אלה הוא מדד לחינוך?</w:t>
      </w:r>
    </w:p>
    <w:p>
      <w:pPr>
        <w:bidi w:val="1"/>
        <w:spacing w:after="20"/>
        <w:jc w:val="right"/>
      </w:pPr>
      <w:r>
        <w:rPr>
          <w:rFonts w:ascii="Assistant" w:hAnsi="Assistant" w:cs="Assistant"/>
          <w:b w:val="0"/>
          <w:sz w:val="23"/>
          <w:rtl w:val="1"/>
          <w:szCs w:val="23"/>
        </w:rPr>
        <w:t xml:space="preserve">     ◯ א. מספר המכוניות</w:t>
      </w:r>
    </w:p>
    <w:p>
      <w:pPr>
        <w:bidi w:val="1"/>
        <w:spacing w:after="20"/>
        <w:jc w:val="right"/>
      </w:pPr>
      <w:r>
        <w:rPr>
          <w:rFonts w:ascii="Assistant" w:hAnsi="Assistant" w:cs="Assistant"/>
          <w:b w:val="0"/>
          <w:sz w:val="23"/>
          <w:rtl w:val="1"/>
          <w:szCs w:val="23"/>
        </w:rPr>
        <w:t xml:space="preserve">     ◯ ב. כמות הגשם</w:t>
      </w:r>
    </w:p>
    <w:p>
      <w:pPr>
        <w:bidi w:val="1"/>
        <w:spacing w:after="20"/>
        <w:jc w:val="right"/>
      </w:pPr>
      <w:r>
        <w:rPr>
          <w:rFonts w:ascii="Assistant" w:hAnsi="Assistant" w:cs="Assistant"/>
          <w:b w:val="0"/>
          <w:sz w:val="23"/>
          <w:rtl w:val="1"/>
          <w:szCs w:val="23"/>
        </w:rPr>
        <w:t xml:space="preserve">     ◯ ג. גובה ההרים</w:t>
      </w:r>
    </w:p>
    <w:p>
      <w:pPr>
        <w:bidi w:val="1"/>
        <w:spacing w:after="20"/>
        <w:jc w:val="right"/>
      </w:pPr>
      <w:r>
        <w:rPr>
          <w:rFonts w:ascii="Assistant" w:hAnsi="Assistant" w:cs="Assistant"/>
          <w:b w:val="0"/>
          <w:sz w:val="23"/>
          <w:rtl w:val="1"/>
          <w:szCs w:val="23"/>
        </w:rPr>
        <w:t xml:space="preserve">     ◯ ד. כמה אנשים יודעים לקרוא ולכתוב</w:t>
      </w:r>
    </w:p>
    <w:p>
      <w:pPr>
        <w:bidi w:val="1"/>
        <w:spacing w:after="20"/>
        <w:jc w:val="right"/>
      </w:pPr>
      <w:r>
        <w:rPr>
          <w:rFonts w:ascii="Assistant" w:hAnsi="Assistant" w:cs="Assistant"/>
          <w:b/>
          <w:sz w:val="23"/>
          <w:rtl w:val="1"/>
          <w:bCs/>
          <w:szCs w:val="23"/>
        </w:rPr>
        <w:t>5. מה אפשר ללמוד ממי שתייה נקיים?</w:t>
      </w:r>
    </w:p>
    <w:p>
      <w:pPr>
        <w:bidi w:val="1"/>
        <w:spacing w:after="20"/>
        <w:jc w:val="right"/>
      </w:pPr>
      <w:r>
        <w:rPr>
          <w:rFonts w:ascii="Assistant" w:hAnsi="Assistant" w:cs="Assistant"/>
          <w:b w:val="0"/>
          <w:sz w:val="23"/>
          <w:rtl w:val="1"/>
          <w:szCs w:val="23"/>
        </w:rPr>
        <w:t xml:space="preserve">     ◯ א. אם יש רווחה ובריאות טובה</w:t>
      </w:r>
    </w:p>
    <w:p>
      <w:pPr>
        <w:bidi w:val="1"/>
        <w:spacing w:after="20"/>
        <w:jc w:val="right"/>
      </w:pPr>
      <w:r>
        <w:rPr>
          <w:rFonts w:ascii="Assistant" w:hAnsi="Assistant" w:cs="Assistant"/>
          <w:b w:val="0"/>
          <w:sz w:val="23"/>
          <w:rtl w:val="1"/>
          <w:szCs w:val="23"/>
        </w:rPr>
        <w:t xml:space="preserve">     ◯ ב. מה מזג האוויר</w:t>
      </w:r>
    </w:p>
    <w:p>
      <w:pPr>
        <w:bidi w:val="1"/>
        <w:spacing w:after="20"/>
        <w:jc w:val="right"/>
      </w:pPr>
      <w:r>
        <w:rPr>
          <w:rFonts w:ascii="Assistant" w:hAnsi="Assistant" w:cs="Assistant"/>
          <w:b w:val="0"/>
          <w:sz w:val="23"/>
          <w:rtl w:val="1"/>
          <w:szCs w:val="23"/>
        </w:rPr>
        <w:t xml:space="preserve">     ◯ ג. כמה שירים יש</w:t>
      </w:r>
    </w:p>
    <w:p>
      <w:pPr>
        <w:bidi w:val="1"/>
        <w:spacing w:after="20"/>
        <w:jc w:val="right"/>
      </w:pPr>
      <w:r>
        <w:rPr>
          <w:rFonts w:ascii="Assistant" w:hAnsi="Assistant" w:cs="Assistant"/>
          <w:b w:val="0"/>
          <w:sz w:val="23"/>
          <w:rtl w:val="1"/>
          <w:szCs w:val="23"/>
        </w:rPr>
        <w:t xml:space="preserve">     ◯ ד. מה השפה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6f7ed"/>
          </w:tcPr>
          <w:p>
            <w:pPr>
              <w:bidi w:val="1"/>
              <w:jc w:val="right"/>
            </w:pPr>
            <w:r/>
            <w:r>
              <w:rPr>
                <w:rFonts w:ascii="Assistant" w:hAnsi="Assistant" w:cs="Assistant"/>
                <w:b/>
                <w:sz w:val="21"/>
                <w:rtl w:val="1"/>
                <w:bCs/>
                <w:szCs w:val="21"/>
              </w:rPr>
              <w:t>משפט</w:t>
            </w:r>
          </w:p>
        </w:tc>
        <w:tc>
          <w:tcPr>
            <w:tcW w:type="dxa" w:w="1134"/>
            <w:shd w:val="clear" w:color="auto" w:fill="e6f7ed"/>
          </w:tcPr>
          <w:p>
            <w:pPr>
              <w:bidi w:val="1"/>
              <w:jc w:val="right"/>
            </w:pPr>
            <w:r/>
            <w:r>
              <w:rPr>
                <w:rFonts w:ascii="Assistant" w:hAnsi="Assistant" w:cs="Assistant"/>
                <w:b/>
                <w:sz w:val="21"/>
                <w:rtl w:val="1"/>
                <w:bCs/>
                <w:szCs w:val="21"/>
              </w:rPr>
              <w:t>נכון</w:t>
            </w:r>
          </w:p>
        </w:tc>
        <w:tc>
          <w:tcPr>
            <w:tcW w:type="dxa" w:w="1134"/>
            <w:shd w:val="clear" w:color="auto" w:fill="e6f7ed"/>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מדד אחד מספיק כדי לדעת הכול על מדינה.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במדינה מפותחת אנשים חיים בדרך כלל יותר שנים.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הציון המשולב יכול להיות 50.</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גישה לאינטרנט היא גם מדד לפיתוח.</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1f9d55"/>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6f7ed"/>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אם הייתם בודקים כמה מדינה מפותחת, מה הייתם בודקים? כתבו שני דברים.</w:t>
      </w:r>
    </w:p>
    <w:p>
      <w:pPr>
        <w:bidi w:val="1"/>
        <w:spacing w:after="20"/>
        <w:jc w:val="right"/>
      </w:pPr>
      <w:r>
        <w:rPr>
          <w:rFonts w:ascii="Assistant" w:hAnsi="Assistant" w:cs="Assistant"/>
          <w:b w:val="0"/>
          <w:color w:val="666666"/>
          <w:sz w:val="21"/>
          <w:rtl w:val="1"/>
          <w:szCs w:val="21"/>
        </w:rPr>
        <w:t>✏️ התחילו כך: הייתי בודק/ת...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למה לדעתכם במדינה מפותחת חיים יותר שנים?</w:t>
      </w:r>
    </w:p>
    <w:p>
      <w:pPr>
        <w:bidi w:val="1"/>
        <w:spacing w:after="20"/>
        <w:jc w:val="right"/>
      </w:pPr>
      <w:r>
        <w:rPr>
          <w:rFonts w:ascii="Assistant" w:hAnsi="Assistant" w:cs="Assistant"/>
          <w:b w:val="0"/>
          <w:color w:val="666666"/>
          <w:sz w:val="21"/>
          <w:rtl w:val="1"/>
          <w:szCs w:val="21"/>
        </w:rPr>
        <w:t>✏️ התחילו כך: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מודדים פיתוח: מדדים ורצף     שם: __________</w:t>
      </w:r>
    </w:p>
    <w:p>
      <w:pPr>
        <w:bidi w:val="1"/>
        <w:spacing w:after="20"/>
        <w:jc w:val="right"/>
      </w:pPr>
      <w:r>
        <w:rPr>
          <w:rFonts w:ascii="Assistant" w:hAnsi="Assistant" w:cs="Assistant"/>
          <w:b w:val="0"/>
          <w:sz w:val="23"/>
          <w:rtl w:val="1"/>
          <w:szCs w:val="23"/>
        </w:rPr>
        <w:t>1. מדד הוא...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מדד אחד שלמדתי: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למה צריך כמה מדדים?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מודדים פיתוח: מדדים ורצף – חוברת תלמיד – בסיסי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